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18:00-19:30 Syystuulia</w:t>
      </w:r>
    </w:p>
    <w:p>
      <w:r>
        <w:t xml:space="preserve">Mäntyharjun toimipisteen syyskonsertti soi tiistaina 17.10.2023 Kulttuurisalissa klo 18.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