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17:00-18:30 Mäntyharjun joulun avaus</w:t>
      </w:r>
    </w:p>
    <w:p>
      <w:r>
        <w:t>Mäntyharjun joulukadun avajaiset iltatapahtumana Mäntyharjun torilla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