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12:00-15:00 Pyörätuolitanssi tutuksi -kurssi (Tanssin taikaa ja tasapainoa tunteella -hanke)</w:t>
      </w:r>
    </w:p>
    <w:p>
      <w:r>
        <w:t>Opettajana tanssivalmentaja ja pyörätuolitanssin opettaja Harri Kokkonen Kuopiosta.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