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10:00-14:00 NuoriUra Fest - kesätyöt, yrittäjyys, opiskelu ja hyvinvointi</w:t>
      </w:r>
    </w:p>
    <w:p>
      <w:r>
        <w:t>NuoriUra Fest on ainutlaatuinen tilaisuus, joka tuo yhteen nuoret, yritykset ja oppilaitokset.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