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18:00-20:30 Lasten ja nuorten Halloweenkaraoke, Koirakivi</w:t>
      </w:r>
    </w:p>
    <w:p>
      <w:r>
        <w:t>Halloween-teemalla yhteistä illanviettoa lapsille, nuorille ja aikuisille.</w:t>
      </w:r>
    </w:p>
    <w:p>
      <w:r>
        <w:t>Ilmainen sisäänpääsy, puffetti 5€/henkilö.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