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19.11.2023 sunnuntai</w:t>
      </w:r>
    </w:p>
    <w:p>
      <w:pPr>
        <w:pStyle w:val="Heading1"/>
      </w:pPr>
      <w:r>
        <w:t>19.11.2023 sunnuntai</w:t>
      </w:r>
    </w:p>
    <w:p>
      <w:pPr>
        <w:pStyle w:val="Heading2"/>
      </w:pPr>
      <w:r>
        <w:t>14:00-16:30 Passarit-KoLe57 N2 lentopallopeli Kisalassa</w:t>
      </w:r>
    </w:p>
    <w:p>
      <w:r>
        <w:t xml:space="preserve">Mikkelin passarit kohtaa lohkon kovimman vastuksen KoLe57 poikkeuksellisesti Mäntyharjulla. </w:t>
      </w:r>
    </w:p>
    <w:p>
      <w:r>
        <w:t xml:space="preserve">5€ aikuiset, 3€lapset/passareiden kausikortti. Mävin lentopallojuniorit ilmaiseksi.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