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10:00-14:00 Musiikin oppimisympäristön ja e-urheilupisteen avajaiset kirjastolla</w:t>
      </w:r>
    </w:p>
    <w:p>
      <w:r>
        <w:t>Hei musiikintekijät, musisoinnista kiinnostuneet ja peliharrastajat!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