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25.2.2024 sunnuntai</w:t>
      </w:r>
    </w:p>
    <w:p>
      <w:pPr>
        <w:pStyle w:val="Heading1"/>
      </w:pPr>
      <w:r>
        <w:t>25.2.2024-2.3.2024</w:t>
      </w:r>
    </w:p>
    <w:p>
      <w:pPr>
        <w:pStyle w:val="Heading2"/>
      </w:pPr>
      <w:r>
        <w:t>10:00-00:00 Latukirkko 25.2. ja Laturetkiviikko 25.2.-3.3.</w:t>
      </w:r>
    </w:p>
    <w:p>
      <w:r>
        <w:t>Mäntyharjun perinteinen laturetki järjestetään jälleen viikon mittaisena tempauksena, 25.2.-3.3.2024. Perinteisesti Latukirkko avaa Laturetkiviikon.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