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18:00-20:00 Infotilaisuus kuntaliitosselvityksestä</w:t>
      </w:r>
    </w:p>
    <w:p>
      <w:r>
        <w:t>Keskiviikkona 6.3. klo 18-20 järjestetään kuntalaisille tiedotus- ja keskustelutilaisuus Mäntyharjun ja Pertunmaan kuntaliitosselvityksestä.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