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kulttuurisali, Kompantie 22</w:t>
      </w:r>
    </w:p>
    <w:p>
      <w:r>
        <w:t>9.3.2024 lauantai</w:t>
      </w:r>
    </w:p>
    <w:p>
      <w:pPr>
        <w:pStyle w:val="Heading1"/>
      </w:pPr>
      <w:r>
        <w:t>9.3.2024 lauantai</w:t>
      </w:r>
    </w:p>
    <w:p>
      <w:pPr>
        <w:pStyle w:val="Heading2"/>
      </w:pPr>
      <w:r>
        <w:t>14:00-15:30 Mäntyharjun Huuliharpistien ja ENKEL-yhtyeen yhteiskonsertti</w:t>
      </w:r>
    </w:p>
    <w:p>
      <w:r>
        <w:t xml:space="preserve">Mäntyharjun Huuliharpistien ja ENKEL-yhtyeen yhteiskonsertti lauantaina 9.3. klo 14. </w:t>
        <w:br/>
        <w:br/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