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S-market Mäntyharju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10:00-12:30 Myyjäiset / Mäntyharjun yhtenäiskoulun 1. luokat</w:t>
      </w:r>
    </w:p>
    <w:p>
      <w:r>
        <w:t>Mäntyharjun yhtenäiskoulun 1. luokkalaiset myy leivonnaisia ja arpoja luokkaretkikassan kerryttämiseksi.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