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kyläkirkko, Valtolantie 2416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17:30-19:30 Kauneimmat joululaulut ja pieni joulukonsertti Partsimaalla</w:t>
      </w:r>
    </w:p>
    <w:p>
      <w:r>
        <w:t>Kauneimmat joululaulut &amp; pieni joulukonsertti perjantaina 15.12. klo 18.30 alkaen Partsimaan kyläkirkossa.</w:t>
        <w:br/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