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5.1.2024 perjantai</w:t>
      </w:r>
    </w:p>
    <w:p>
      <w:pPr>
        <w:pStyle w:val="Heading1"/>
      </w:pPr>
      <w:r>
        <w:t>5.1.2024-9.1.2024</w:t>
      </w:r>
    </w:p>
    <w:p>
      <w:pPr>
        <w:pStyle w:val="Heading2"/>
      </w:pPr>
      <w:r>
        <w:t>19:00-19:00 PÄIVÄ SAIRAALASSA -näytelmä (esitykset 5.1., 6.1., 7.1. ja 9.1.)</w:t>
      </w:r>
    </w:p>
    <w:p>
      <w:r>
        <w:t>Näytelmä kertoo yhdestä päivästä sairaalassa, sen vastaanotoilla ja osastoilla.</w:t>
      </w:r>
    </w:p>
    <w:p>
      <w:r>
        <w:t>Liput 10 €, ovelta ennen näytöstä (lahjakortteja näytöksiin voi ostaa Mäntyharjun Valokuvaamosta)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