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18:00-20:00 WAU!-näytös</w:t>
      </w:r>
    </w:p>
    <w:p>
      <w:r>
        <w:t>Lajien yhteisshow Kisalan Mäntyareenalla 14.12. klo 18.00.</w:t>
      </w:r>
    </w:p>
    <w:p>
      <w:r>
        <w:t xml:space="preserve">Liput näytökseen ovelta 10 euroa/alle 16 v. maksutta.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