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19:00-20:00 Kyläpoikien kotipeli</w:t>
      </w:r>
    </w:p>
    <w:p>
      <w:r>
        <w:t xml:space="preserve">Kyläpoikien kotipeli la 16.12. klo 19.00 (P19 1. divisioona) Kisalassa.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