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liittymä, Valtatie 5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16:00-20:00 Joulutulet</w:t>
      </w:r>
    </w:p>
    <w:p>
      <w:r>
        <w:t xml:space="preserve">Joulutulet pe 22.12. klo 16-20 Koirakiven liittymässä valtatie 5:n varrella Mäntyharjun ja Pertunmaan rajalla. 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