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Teams-etäyhteys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17:00-18:30 Laijärven monitoimikosteikkohanke -opinnäytetyön esittely</w:t>
      </w:r>
    </w:p>
    <w:p>
      <w:r>
        <w:t>Laijärven monitoimikosteikkohanke -opinnäytetyön esittely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