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Liikuntahalli Kisala Urheilutie1 Mäntyharju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15:00-18:00 Päivätanssit</w:t>
      </w:r>
    </w:p>
    <w:p>
      <w:r>
        <w:t xml:space="preserve">Kaikille avoimet Päivätanssit klo 15-18 Musiikista vastaa Pepe Niilahti. </w:t>
      </w:r>
    </w:p>
    <w:p>
      <w:r>
        <w:t>Ei pääsymaksua.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