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18.2.2024 sunnuntai</w:t>
      </w:r>
    </w:p>
    <w:p>
      <w:pPr>
        <w:pStyle w:val="Heading1"/>
      </w:pPr>
      <w:r>
        <w:t>18.2.2024 sunnuntai</w:t>
      </w:r>
    </w:p>
    <w:p>
      <w:pPr>
        <w:pStyle w:val="Heading2"/>
      </w:pPr>
      <w:r>
        <w:t>17:00-19:00 🔥 Supersunnuntai KISALASSA 🔥 Lentopallon Mestaruusliiga - Vantaa Ducks vs. Tuto Volley</w:t>
      </w:r>
    </w:p>
    <w:p>
      <w:r>
        <w:t>Mäntyharjulla pelataan ensimmäinen lentopallon Mestaruusliiga-ottelu, kun Vantaa Ducks kohtaa TUTO Volleyn 18.2.2024 klo 17.00.</w:t>
        <w:br/>
        <w:br/>
        <w:br/>
        <w:br/>
      </w:r>
    </w:p>
    <w:p>
      <w:r>
        <w:t>Peruslippu 19 €</w:t>
        <w:br/>
        <w:t>Alennusryhmät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