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K-Supermarket Mäntyharju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17:00-21:00 Linja-automatka Mikkelin Rantakylän uimahalliin</w:t>
      </w:r>
    </w:p>
    <w:p>
      <w:r>
        <w:t xml:space="preserve">Tule mukaan uimahallimatkalle Mikkeliin. Matkan kustantaa liikutaan!-hanke. </w:t>
      </w:r>
    </w:p>
    <w:p>
      <w:r>
        <w:t>Uimahallilippu on omakustanteinen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