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12:00-23:45 🔥 Superlauantai KISALASSA klo 12-00 🔥 Villasukkatanssit: Marko Maunuksela &amp; Jukka Hallikainen ja Jackpot-orkesteri</w:t>
      </w:r>
    </w:p>
    <w:p>
      <w:r>
        <w:t>LAUANTAI 17.02.2024</w:t>
      </w:r>
    </w:p>
    <w:p>
      <w:r>
        <w:t>Tapahtuma on muutoin ilmainen, paitsi Villasukkatansseihin on pääsymaksu 15 €.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