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10:00-18:00 Vaalikahvila</w:t>
      </w:r>
    </w:p>
    <w:p>
      <w:r>
        <w:t>Vaalikahvila presidentinvaalien varsinaisena äänestyspäivänä su 28.1.2024 klo 10-18 Monitoimihalli Kisalassa (2. krs).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