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15:00-16:00 3D Pop-up</w:t>
      </w:r>
    </w:p>
    <w:p>
      <w:r>
        <w:t xml:space="preserve">Nyt on mahdollista tulla tutustumaan 3D tulostukseen!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