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Nilkko Taproom</w:t>
      </w:r>
    </w:p>
    <w:p>
      <w:r>
        <w:t>10.2.2024 lauantai</w:t>
      </w:r>
    </w:p>
    <w:p>
      <w:pPr>
        <w:pStyle w:val="Heading1"/>
      </w:pPr>
      <w:r>
        <w:t>10.2.2024 lauantai</w:t>
      </w:r>
    </w:p>
    <w:p>
      <w:pPr>
        <w:pStyle w:val="Heading2"/>
      </w:pPr>
      <w:r>
        <w:t>18:00-22:00 Juno Nilkko Taproomilla</w:t>
      </w:r>
    </w:p>
    <w:p>
      <w:r>
        <w:t>Vuosituhannen vaihteesta lähtien räpännyt Juno on yksi kotimaisen rap-musiikin arvostetuimmista ja tunnistettavimmista nimistä.</w:t>
      </w:r>
    </w:p>
    <w:p>
      <w:r>
        <w:t>Liput ennakkoon nettilipusta tai paikanpäältä Nilkko Taproomista.</w:t>
        <w:br/>
        <w:br/>
        <w:t>Liput: 18€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