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14:00-16:00 Ihanat Ikivihreät konsertti</w:t>
      </w:r>
    </w:p>
    <w:p>
      <w:r>
        <w:t>Ihanat Ikivihreät konsertti, uusina sovituksina.</w:t>
        <w:br/>
        <w:br/>
        <w:br/>
        <w:br/>
      </w:r>
    </w:p>
    <w:p>
      <w:r>
        <w:t>15 €, maksu käteisellä tai pankkikortilla. Alle 18v ilmaiseksi. Puffetti.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