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Helmikuun Helmiä, Mikkelin musiikkiopiston Mäntyharjun toimipisteen oppilaskonsertti</w:t>
      </w:r>
    </w:p>
    <w:p>
      <w:r>
        <w:t>Mikkelin musiikkiopiston Mäntyharjun toimipisteen oppilaskonsertti,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