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Mainion edestä, Reissutie 2</w:t>
      </w:r>
    </w:p>
    <w:p>
      <w:r>
        <w:t>2.3.2024 lauantai</w:t>
      </w:r>
    </w:p>
    <w:p>
      <w:pPr>
        <w:pStyle w:val="Heading1"/>
      </w:pPr>
      <w:r>
        <w:t>2.3.2024 lauantai</w:t>
      </w:r>
    </w:p>
    <w:p>
      <w:pPr>
        <w:pStyle w:val="Heading2"/>
      </w:pPr>
      <w:r>
        <w:t>15:15-20:30 Kannustusmatka Jukurit-Saipa -otteluun</w:t>
      </w:r>
    </w:p>
    <w:p>
      <w:r>
        <w:t>Kannatusmatka katsomaan Jukurit - Saipa -ottelua Mikkeliin Ikioma Areenalle</w:t>
      </w:r>
    </w:p>
    <w:p>
      <w:r>
        <w:t>35 euroa, sis. matkat ja istumapaikkaliput otteluun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