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10:00-16:00 Kouluratsastuksen harjoituskilpailut</w:t>
      </w:r>
    </w:p>
    <w:p>
      <w:r>
        <w:t xml:space="preserve">Mäntyharjun Ratsastajat ry järjestää kouluratsastuksen harjoituskilpailut sunnuntaina 16.6.2024 klo 10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