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</w:t>
      </w:r>
    </w:p>
    <w:p>
      <w:r>
        <w:t>6.6.2024 torstai</w:t>
      </w:r>
    </w:p>
    <w:p>
      <w:pPr>
        <w:pStyle w:val="Heading1"/>
      </w:pPr>
      <w:r>
        <w:t>6.6.2024 torstai</w:t>
      </w:r>
    </w:p>
    <w:p>
      <w:pPr>
        <w:pStyle w:val="Heading2"/>
      </w:pPr>
      <w:r>
        <w:t>15:30-17:00 Kesätrio laulaa iskelmää / Vapaa pääsy</w:t>
      </w:r>
    </w:p>
    <w:p>
      <w:r>
        <w:t>Kesätrio laulaa iskelmää ja tanssimusiikkia Makasiinilla, tervetuloa!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