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2.6.2024 sunnuntai</w:t>
      </w:r>
    </w:p>
    <w:p>
      <w:pPr>
        <w:pStyle w:val="Heading1"/>
      </w:pPr>
      <w:r>
        <w:t>2.6.2024 sunnuntai</w:t>
      </w:r>
    </w:p>
    <w:p>
      <w:pPr>
        <w:pStyle w:val="Heading2"/>
      </w:pPr>
      <w:r>
        <w:t>11:30-12:00 Vanhat kirkkoesineet esille Mäntyharjun kirkkoon -näyttelyn avajaiset</w:t>
      </w:r>
    </w:p>
    <w:p>
      <w:r>
        <w:t>Näyttelyn avajaiset Mäntyharjun kirkossa 2.6. klo 11:30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