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8</w:t>
      </w:r>
    </w:p>
    <w:p>
      <w:r>
        <w:t>17.8.2024 lauantai</w:t>
      </w:r>
    </w:p>
    <w:p>
      <w:pPr>
        <w:pStyle w:val="Heading1"/>
      </w:pPr>
      <w:r>
        <w:t>17.8.2024-18.8.2024</w:t>
      </w:r>
    </w:p>
    <w:p>
      <w:pPr>
        <w:pStyle w:val="Heading2"/>
      </w:pPr>
      <w:r>
        <w:t>22:00-01:00 Rusetteja vanhasta muistista, yönäytös</w:t>
      </w:r>
    </w:p>
    <w:p>
      <w:r>
        <w:t xml:space="preserve">Nykyaikaan sijoittuva komedia eräästä Perätuhton kylästä ja sen humoristisista henkilöistä. </w:t>
      </w:r>
    </w:p>
    <w:p>
      <w:r>
        <w:t>Liput netistä: Aikuiset 22€/Lapset (7-12v.) 10€</w:t>
        <w:br/>
        <w:t>Liput portilta: Aikuiset 25€/Lapset (7-12v.) 12€/(lapset 0-6v. ilmaiseksi)</w:t>
        <w:br/>
        <w:t>Ryhmävaraukset: 040 777 9868</w:t>
        <w:br/>
        <w:t>1.7. ja 8.7. esityksistä S-etukortilla kahden  euron alennus: Nettilipusta aikuiset 20€, lapset 8€, Portilta aikuiset 23€, lapset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