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14:00-16:30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maksutta)</w:t>
        <w:br/>
        <w:t>Ryhmävaraukset: 040 777 9868</w:t>
        <w:br/>
        <w:t>1.7. ja 8.7. esityksistä S-etukortilla kahden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