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Luontokirkko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13:00-13:15 Ikäihmisten hartaus (luontokirkko)</w:t>
      </w:r>
    </w:p>
    <w:p>
      <w:r>
        <w:t>Mäntyharjun vanhusneuvosto järjestää Mäntyharjun seurakunnan ja Pertunmaan kappeliseurakunnan kanssa Ikäihmisten hartauksen luontokirkossa.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