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10:00-14:00 Vanhusten leiripäivä Lankaniemessä</w:t>
      </w:r>
    </w:p>
    <w:p>
      <w:r>
        <w:t>Ke 14.8. klo 10-14 Vanhusten leiripäivä Lankaniemessä.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