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Pertunmaan kirkko</w:t>
      </w:r>
    </w:p>
    <w:p>
      <w:r>
        <w:t>29.6.2024 lauantai</w:t>
      </w:r>
    </w:p>
    <w:p>
      <w:pPr>
        <w:pStyle w:val="Heading1"/>
      </w:pPr>
      <w:r>
        <w:t>29.6.2024 lauantai</w:t>
      </w:r>
    </w:p>
    <w:p>
      <w:pPr>
        <w:pStyle w:val="Heading2"/>
      </w:pPr>
      <w:r>
        <w:t>10:00-12:00 Pertunpäivät Pertunmaalla</w:t>
      </w:r>
    </w:p>
    <w:p>
      <w:r>
        <w:t>La 29.6. klo 10 alk. seurakunta mukana Pertuntorilla.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