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kirkko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16:00-17:00 Hautausmaakierrokset Pertunmaalla</w:t>
      </w:r>
    </w:p>
    <w:p>
      <w:r>
        <w:t>Hautausmaakierrokset Pertunmaalla pe 19.7. klo 16 Uudella hautausmaalla.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