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rautatieasema</w:t>
      </w:r>
    </w:p>
    <w:p>
      <w:r>
        <w:t>30.7.2024 tiistai</w:t>
      </w:r>
    </w:p>
    <w:p>
      <w:pPr>
        <w:pStyle w:val="Heading1"/>
      </w:pPr>
      <w:r>
        <w:t>30.7.2024 tiistai</w:t>
      </w:r>
    </w:p>
    <w:p>
      <w:pPr>
        <w:pStyle w:val="Heading2"/>
      </w:pPr>
      <w:r>
        <w:t>10:00-16:15 Saimaa Hop On Hop Off - päiväretki Mäntyharjun elämysten äärelle</w:t>
      </w:r>
    </w:p>
    <w:p>
      <w:r>
        <w:t>Saavu junalla Mäntyharjulle ja hyppää bussin kyytiin juna-asemalta kohti elämyksiä!</w:t>
      </w:r>
    </w:p>
    <w:p>
      <w:r>
        <w:t>Retkibussin liput 10 € / aikuinen 5 € / lapsi (4-16 v.) Lapset 3 vuotta ja alle matkustavat veloituksetta Retkibussin lipun hintaan sisältyy: Meno-paluukuljetus Savonlinjan tilausjobussilla ja opastuksen kohteissa.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