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10:17-14:00 Perhepuuhailut Monitoimihalli Kisalassa</w:t>
      </w:r>
    </w:p>
    <w:p>
      <w:r>
        <w:t xml:space="preserve">Lauantaina 27.7.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