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urheilukenttä, Punakiventie 9</w:t>
      </w:r>
    </w:p>
    <w:p>
      <w:r>
        <w:t>30.6.2024 sunnuntai</w:t>
      </w:r>
    </w:p>
    <w:p>
      <w:pPr>
        <w:pStyle w:val="Heading1"/>
      </w:pPr>
      <w:r>
        <w:t>30.6.2024 sunnuntai</w:t>
      </w:r>
    </w:p>
    <w:p>
      <w:pPr>
        <w:pStyle w:val="Heading2"/>
      </w:pPr>
      <w:r>
        <w:t>10:00-16:00 Pertun Pyrähdys</w:t>
      </w:r>
    </w:p>
    <w:p>
      <w:r>
        <w:t>Pertun Pyrähdys on kesäinen liikuntatapahtuma, jonka järjestää Pertunmaan kunta</w:t>
      </w:r>
    </w:p>
    <w:p>
      <w:r>
        <w:t>20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