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>18:00-20:30 Kaksi puuta -musiikkikomedia, Koirakiven kesäteatteri</w:t>
      </w:r>
    </w:p>
    <w:p>
      <w:r>
        <w:t>Koirakiven kesäteatterissa soi kesällä 2024 Juha Tapion tunnetut hittikappaleet 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