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4.7.2024 torstai</w:t>
      </w:r>
    </w:p>
    <w:p>
      <w:pPr>
        <w:pStyle w:val="Heading1"/>
      </w:pPr>
      <w:r>
        <w:t>4.7.2024 torstai</w:t>
      </w:r>
    </w:p>
    <w:p>
      <w:pPr>
        <w:pStyle w:val="Heading2"/>
      </w:pPr>
      <w:r>
        <w:t>18:00-20:30 Kaksi puuta -musiikkikomedia, Koirakiven kesäteatteri</w:t>
      </w:r>
    </w:p>
    <w:p>
      <w:r>
        <w:t>Koirakiven kesäteatterissa soi kesällä 2024 Juha Tapion tunnetut hittikappaleet musiikkikomediassa.</w:t>
      </w:r>
    </w:p>
    <w:p>
      <w:r>
        <w:t>Liput netistä www.nettilippu.fi: Aikuiset 24€ / Lapset (5-12v.) 13€. Liput portilta: Aikuiset 26€ / Lapset (5-12v.) 15€. 28.6. ja 5.7. esityksistä S-etukortilla kolmen euron alennus aikuisten lipuista. Ryhmä lippu: 23 € /hlö (Ryhmäkoko 20 hlö, sis. 1 vapaalippu)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