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12:00-17:00 Avoimet ovet Alhon kotimuseolla su 21.7.24 klo 12-17 Vapaa pääsy</w:t>
      </w:r>
    </w:p>
    <w:p>
      <w:r>
        <w:t xml:space="preserve">Alhon kotimuseolla on Avoimet ovet sunnuntaina 21.7.24 klo 12-17. Päivään on vapaa pääsy.                                     </w:t>
        <w:br/>
        <w:br/>
        <w:br/>
        <w:br/>
        <w:t xml:space="preserve">                         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