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12:00-17:00 Kansallispukujentuuletuspäivä Alhon kotimuseolla su 21.7. klo 12-17</w:t>
      </w:r>
    </w:p>
    <w:p>
      <w:r>
        <w:t xml:space="preserve">Perinteinen Alhon kotimuseon Kansallispukujen tuuletuspäivä järjestetään sunnuntaina 21.7.24 klo 12–17. </w:t>
        <w:br/>
        <w:br/>
        <w:br/>
        <w:br/>
        <w:t xml:space="preserve"> </w:t>
        <w:tab/>
        <w:tab/>
        <w:t xml:space="preserve">                        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