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Toivolan jalkapallokenttä, Rauhaniementie, Tuustaipale</w:t>
      </w:r>
    </w:p>
    <w:p>
      <w:r>
        <w:t>20.7.2024 lauantai</w:t>
      </w:r>
    </w:p>
    <w:p>
      <w:pPr>
        <w:pStyle w:val="Heading1"/>
      </w:pPr>
      <w:r>
        <w:t>20.7.2024 lauantai</w:t>
      </w:r>
    </w:p>
    <w:p>
      <w:pPr>
        <w:pStyle w:val="Heading2"/>
      </w:pPr>
      <w:r>
        <w:t>12:30-15:00 Toivola-Nironkylä-jalkapallo-ottelu</w:t>
      </w:r>
    </w:p>
    <w:p>
      <w:r>
        <w:t>Perinteinen kylien välinen jalkapallo-ottelu, joka pelataan ensin junioreiden kesken alkaen klo 13.00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