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maamiesseurantalo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12:00-14:00 Toivolan Possujuhla</w:t>
      </w:r>
    </w:p>
    <w:p>
      <w:r>
        <w:t>Possujuhlaa on vietetty jo monia vuosia heinäkuun kolmantena sunnuntaina, niin myös tänä vuonna.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