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11:00-13:00 PERUUTETTU: Toimijaverkoston tapaaminen</w:t>
      </w:r>
    </w:p>
    <w:p>
      <w:r>
        <w:t>Viime syksynä järjestetty ensimmäinen Toimijaverkoston tapaaminen saa jatkoa 16.3., kun näemme toisemme Kulttuurisalissa!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