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13:00-16:00 Gym for life-tapahtuma</w:t>
      </w:r>
    </w:p>
    <w:p>
      <w:r>
        <w:t xml:space="preserve">Mäntyharjun Virkistyksen Voimistelu- ja tanssijaosto järjestää Tanssillisen voimistelun Cup 4 -kilpailun lauantaina 16.3.2024. </w:t>
        <w:br/>
        <w:br/>
        <w:br/>
        <w:br/>
      </w:r>
    </w:p>
    <w:p>
      <w:r>
        <w:t xml:space="preserve">Liput ovelta: </w:t>
        <w:br/>
        <w:br/>
        <w:t>5 €/vain su</w:t>
        <w:br/>
        <w:t>13 €/yhdistelmälippu la+su</w:t>
        <w:br/>
        <w:t>alle 16 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