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Koirakiven nuorisoseurantalo</w:t>
      </w:r>
    </w:p>
    <w:p>
      <w:r>
        <w:t>3.6.2024 maanantai</w:t>
      </w:r>
    </w:p>
    <w:p>
      <w:pPr>
        <w:pStyle w:val="Heading1"/>
      </w:pPr>
      <w:r>
        <w:t>3.6.2024-6.6.2024</w:t>
      </w:r>
    </w:p>
    <w:p>
      <w:pPr>
        <w:pStyle w:val="Heading2"/>
      </w:pPr>
      <w:r>
        <w:t>11:00-15:00 Lasten kuvataide- ja teatterikurssi 3.-6.6.2024</w:t>
      </w:r>
    </w:p>
    <w:p>
      <w:r>
        <w:t>Kaikki lapset, jotka haluavat tutustua kuvataiteen ja lastenteatterin maailmaan ovat tervetulleita!</w:t>
      </w:r>
    </w:p>
    <w:p>
      <w:r>
        <w:t>21 €.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