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 talo</w:t>
      </w:r>
    </w:p>
    <w:p>
      <w:r>
        <w:t>16.5.2024 torstai</w:t>
      </w:r>
    </w:p>
    <w:p>
      <w:pPr>
        <w:pStyle w:val="Heading1"/>
      </w:pPr>
      <w:r>
        <w:t>16.5.2024-21.5.2024</w:t>
      </w:r>
    </w:p>
    <w:p>
      <w:pPr>
        <w:pStyle w:val="Heading2"/>
      </w:pPr>
      <w:r>
        <w:t>19:00-22:00 Mäntyharju Senioriteatterin Revyy Vuosirenkaita 16.-21.5.2024</w:t>
      </w:r>
    </w:p>
    <w:p>
      <w:r>
        <w:t>Mäntyharjun Senioriteatterin Revyy \\\\\\\\\\\\\\\"Vuosirenkaita\\\\\\\\\\\\\\\" 16.-21.5.2024.</w:t>
      </w:r>
    </w:p>
    <w:p>
      <w:r>
        <w:t>Pääsyliput 20 € / ryhmäliput 18 € (ryhmät yli 10 hlöä, käteinen tai korttimaksu). Väliaikatarjoilu: 5 €. Ryhmävaraukset: puh. 041 368 4889, senioriteatteri24@gmail.com.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