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17:00-18:30 Toimijaverkosto: Kesän koontia ja keskustelua</w:t>
      </w:r>
    </w:p>
    <w:p>
      <w:r>
        <w:t xml:space="preserve">Linjoilla maanantaina 25.3. klo 17 alkaen: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